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אינפלציה –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אינפלציה וכיצד היא משפיעה על כוח הקנייה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לעליית מחירים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ערך הכסף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עליית מחירים וירידת כוח הקנייה של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כמה מוצרים אפשר לקנות בסכום כסף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לאינפלציה - המחירים עלו עם השנים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משכורת עלתה אבל אפשר לקנות פחות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אינפלציה אומרת שהכסף שווה פחות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המשמעות של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ברוב המקרים מחירים משתנים, בדרך כלל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 הכסף שחוסכים עשוי לאבד מערכו אם לא לוקחים בחשבון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ילדים מרגישים את זה, למשל במחיר חטיפים או כרטיסי 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כוח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(עליית מחירים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אפשר לקנות בסכום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(כסף שלא מוציאים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(כסף שמקבלים תמורת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(תכנון הוצאות והכנסות)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מוצר קונקרטי ומנסה להסביר שינוי מחיר באמצעות המושג אינפלציה או גורם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צריכה להזכיר שאם יש אינפלציה, אפשר יהיה לקנות פחות דברים באותם 100 שקל בעוד 10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המחירים בחנויות מתחילים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אותו סכום כסף קונה פחות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כוח הקנייה של הכסף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אנשים צריכים יותר כסף כדי לקנות את אותם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שאינפלציה היא עליית מחירים וירידת ערך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כמו מזון, תחבורה או צעצועים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שכוח קנייה עוזר להבין כמה אפשר לקנות בכסף שיש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- לשאול תלמידים אם הם שמו לב לשינוי מחיר של משהו שהם 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בדוגמת הסבתא כדי להמחיש את המושג בצורה מוחשית וקרובה לחיי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הדיון בזוגות יכול לשמש כהקדמה לפני מילוי הדף, כדי לעורר מחשבה על המושג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אינפלציה –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מה זה אינפלציה. זה אומר שאפשר לקנות פחות דברים עם אותו כסף, כי המחירים עולים.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אינפלציה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מחירים עולים וכוח הקנייה של הכסף יורד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כוח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המוצרים שאפשר לקנות בסכום כסף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שצריך לשלם כדי לקנות מוצר או 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עליית מחיר של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כמה כסף יש וכמה אפשר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ולא מוציאים 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שמקבלים תמורת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ושימוש במוצרים ושירותים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כשיש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ירידת מחירים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עליית מחירים וירידת כוח הקנייה של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שנעלם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עלייה בשכר העובדים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יקרה למחיר החטיף?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יישאר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ייעלם מהחנויות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כוח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יש בכיס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מוצרים אפשר לקנות בסכום כסף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שעות עובדים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חנויות יש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סבתא אומרת ש-100 שקל פעם היו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לאינפלציה - המחירים עלו עם השנים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לכך שהיא קמצנית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לכך שהיא לא אהבה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לכך שלא היו חנויות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דוגמה טובה לאינפלציה?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הלחם ירד בחצי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משכורת עלתה אבל אפשר לקנות פחות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הלחם נשאר קבוע 20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המחירים ירדו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אומרת שהכסף שווה יותר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אינפלציה, אותו סכום כסף יקנה פחות מוצרים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מחירי מוצרים תמיד נשארים זהים לאורך השנים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לחשוב על אינפלציה כשמתכננים חיסכון לטווח 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משפיעה רק על מבוגרים ולא נוגעת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כשיש __________, המחירים עולים וכוח הקנייה של הכסף יורד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הכסף הוא כמות המוצרים שאפשר לקנות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מחיר החטיף עלה מ-5 שקל ל-6 שקל, זהו __________ של 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להתמודד עם עליית מחירים, חשוב לתכנן __________ חודשי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כסף שאנחנו שומרים ולא מוציאים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אינפלציה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תכנון הוצאות והכנסות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כוח קנייה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עליית מחירים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שמקבלים תמורת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אפשר לקנות בסכום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כסף שלא מוציאים 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מוצר אחד שאתם קונים לעיתים קרובות (חטיף, כרטיס אוטובוס, משחק). האם שמתם לב שהמחיר שלו השתנה? כתבו מה קרה ולמה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שיש לכם 100 שקל היום ואתם שומרים אותם בלי להוציא במשך 10 שנים. מה עשוי לקרות לכוח הקנייה שלהם?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אותו סכום כסף קונה פחות מוצרים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הקנייה של הכסף יורד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צריכים יותר כסף כדי לקנות את אותם דברים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המחירים בחנויות מתחילים לעלות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אינפלציה במילים פשוטות?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למוצר שהמחיר שלו יכול לעלות עם השנים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להבין את המושג כוח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אינפלציה – כשהכסף שווה פחות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