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אינפלציה – כשהכסף שווה פחות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אינפלציה – כשהכסף שווה פחות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מהי אינפלציה וכיצד היא משפיעה על כוח הקנייה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דוגמאות לעליית מחירים בחיי היומיום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חשיבה על ערך הכסף לאורך זמן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המושג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עליית מחירים וירידת כוח הקנייה של הכסף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יעלה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כמה מוצרים אפשר לקנות בסכום כסף מסוים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לאינפלציה - המחירים עלו עם השנים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משכורת עלתה אבל אפשר לקנות פחות דברים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אינפלציה אומרת שהכסף שווה פחות עם הזמן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זו בדיוק המשמעות של אינפלציה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ברוב המקרים מחירים משתנים, בדרך כלל עולים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כי הכסף שחוסכים עשוי לאבד מערכו אם לא לוקחים בחשבון אינפלציה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גם ילדים מרגישים את זה, למשל במחיר חטיפים או כרטיסי אוטובוס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אינפלציה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כוח קנייה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ייקור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תקציב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חיסכון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(עליית מחירים לאורך זמן)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(כמה אפשר לקנות בסכום כסף)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(כסף שלא מוציאים מיד)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(כסף שמקבלים תמורת עבודה)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(תכנון הוצאות והכנסות)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חשיבה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- לבדוק שהתלמיד מתאר מוצר קונקרטי ומנסה להסביר שינוי מחיר באמצעות המושג אינפלציה או גורם אחר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צריכה להזכיר שאם יש אינפלציה, אפשר יהיה לקנות פחות דברים באותם 100 שקל בעוד 10 שנים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סדר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המחירים בחנויות מתחילים לעלות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אותו סכום כסף קונה פחות מוצרים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כוח הקנייה של הכסף יורד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אנשים צריכים יותר כסף כדי לקנות את אותם דברים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מסביר שאינפלציה היא עליית מחירים וירידת ערך הכסף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נותן דוגמה הגיונית כמו מזון, תחבורה או צעצועים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מבין שכוח קנייה עוזר להבין כמה אפשר לקנות בכסף שיש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בדוגמה אישית - לשאול תלמידים אם הם שמו לב לשינוי מחיר של משהו שהם קונים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להשתמש בדוגמת הסבתא כדי להמחיש את המושג בצורה מוחשית וקרובה לחיי התלמידים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הדיון בזוגות יכול לשמש כהקדמה לפני מילוי הדף, כדי לעורר מחשבה על המושג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אינפלציה – כשהכסף שווה פחות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אינפלציה – כשהכסף שווה פחות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מה קורה לכסף שלנו עם הזמן, ולמה 100 שקל היום לא בהכרח שווים 100 שקל בעוד כמה שנים.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המושג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זה אינפלציה?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ירידת מחירים לאורך 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עליית מחירים וירידת כוח הקנייה של הכסף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כסף שנעלם מהבנק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עלייה בשכר העובדים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אם יש אינפלציה, מה סביר שיקרה למחיר של חטיף בעוד 5 שנים?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יישאר בדיוק אותו דבר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יירד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יעלה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ייעלם מהחנויות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המשמעות של 'כוח קנייה'?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כמה כסף יש בכיס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כמה מוצרים אפשר לקנות בסכום כסף מסוים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כמה שעות עובדים ביום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כמה חנויות יש בעיר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סבתא אומרת ש-100 שקל פעם היו 'הרבה כסף'. למה זה קשור?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לאינפלציה - המחירים עלו עם השנים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לכך שהיא קמצנית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לכך שהיא לא אהבה כסף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לכך שלא היו חנויות פעם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מהבא הוא ככל הנראה דוגמה לאינפלציה?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מחיר הלחם ירד בחצי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משכורת עלתה אבל אפשר לקנות פחות דברים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מחיר הלחם נשאר קבוע 20 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כל המחירים ירדו יחד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אינפלציה אומרת שהכסף שווה יותר עם הזמן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יש אינפלציה, אותו סכום כסף יקנה פחות מוצרים בעתיד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מחירי מוצרים תמיד נשארים זהים לאורך השנים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כדאי לחשוב על אינפלציה כשמתכננים חיסכון לטווח ארוך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אינפלציה משפיעה רק על מבוגרים ולא נוגעת לילדים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כשיש __________, המחירים עולים וכוח הקנייה של הכסף יורד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ה__________ של הכסף הוא כמות המוצרים שאפשר לקנות בו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אם מחיר החטיף עלה מ-5 שקל ל-6 שקל, זהו __________ של המחיר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כדי להתמודד עם עליית מחירים, חשוב לתכנן __________ חודשי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כסף שאנחנו שומרים ולא מוציאים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אינפלציה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תכנון הוצאות והכנסות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כוח קנייה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כסף שמקבלים תמורת עבודה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חיסכון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עליית מחירים לאורך זמן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שכר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כסף שלא מוציאים מיד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תקציב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כמה אפשר לקנות בסכום כסף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חשיבה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ספרו על מוצר אחד שאתם קונים לעיתים קרובות (חטיף, כרטיס אוטובוס, משחק). האם שמתם לב שהמחיר שלו השתנה? כתבו מה קרה ולמה לדעתכם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דמיינו שיש לכם 100 שקל היום ואתם שומרים אותם בלי להוציא במשך 10 שנים. מה עשוי לקרות לכוח הקנייה שלהם? הסבירו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אנשים צריכים יותר כסף כדי לקנות את אותם דברים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המחירים בחנויות מתחילים לעלות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אותו סכום כסף קונה פחות מוצרים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כוח הקנייה של הכסף יורד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אינפלציה במילים פשוטות?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למוצר שהמחיר שלו יכול לעלות עם השנים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להבין את המושג כוח קנייה?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אינפלציה – כשהכסף שווה פחות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